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915FA" w14:textId="77777777" w:rsidR="005A7443" w:rsidRDefault="00000000">
      <w:pPr>
        <w:jc w:val="center"/>
        <w:rPr>
          <w:lang w:eastAsia="ja-JP"/>
        </w:rPr>
      </w:pPr>
      <w:r>
        <w:rPr>
          <w:b/>
          <w:sz w:val="32"/>
          <w:lang w:eastAsia="ja-JP"/>
        </w:rPr>
        <w:t>2027年（令和9年）お正月用 大門松 ご注文書</w:t>
      </w:r>
    </w:p>
    <w:p w14:paraId="52CCF3C2" w14:textId="77777777" w:rsidR="005A7443" w:rsidRDefault="00000000">
      <w:pPr>
        <w:jc w:val="center"/>
        <w:rPr>
          <w:lang w:eastAsia="ja-JP"/>
        </w:rPr>
      </w:pPr>
      <w:proofErr w:type="spellStart"/>
      <w:r>
        <w:rPr>
          <w:lang w:eastAsia="ja-JP"/>
        </w:rPr>
        <w:t>Luonka</w:t>
      </w:r>
      <w:proofErr w:type="spellEnd"/>
      <w:r>
        <w:rPr>
          <w:lang w:eastAsia="ja-JP"/>
        </w:rPr>
        <w:t>（ルオンカ）｜ご記入のうえ、メールに添付してお送りください。</w:t>
      </w:r>
    </w:p>
    <w:p w14:paraId="1BB02E73" w14:textId="77777777" w:rsidR="005A7443" w:rsidRDefault="00000000">
      <w:pPr>
        <w:spacing w:before="160"/>
        <w:rPr>
          <w:lang w:eastAsia="ja-JP"/>
        </w:rPr>
      </w:pPr>
      <w:r>
        <w:rPr>
          <w:b/>
          <w:color w:val="69462E"/>
          <w:sz w:val="20"/>
          <w:lang w:eastAsia="ja-JP"/>
        </w:rPr>
        <w:t>1．納品希望日・お渡し方法</w:t>
      </w:r>
    </w:p>
    <w:p w14:paraId="079DC195" w14:textId="3CA62BAC" w:rsidR="005A7443" w:rsidRDefault="00000000">
      <w:pPr>
        <w:rPr>
          <w:lang w:eastAsia="ja-JP"/>
        </w:rPr>
      </w:pPr>
      <w:r>
        <w:rPr>
          <w:lang w:eastAsia="ja-JP"/>
        </w:rPr>
        <w:t>□ 12月25日（金）　□ 12月26日（土）　□ どちらでも</w:t>
      </w:r>
      <w:r w:rsidR="00082717">
        <w:rPr>
          <w:rFonts w:hint="eastAsia"/>
          <w:lang w:eastAsia="ja-JP"/>
        </w:rPr>
        <w:t xml:space="preserve">　</w:t>
      </w:r>
      <w:r>
        <w:rPr>
          <w:lang w:eastAsia="ja-JP"/>
        </w:rPr>
        <w:t>□ 店頭引渡し（10%OFF）　□ その他希望日</w:t>
      </w:r>
      <w:r w:rsidR="00082717">
        <w:rPr>
          <w:rFonts w:hint="eastAsia"/>
          <w:lang w:eastAsia="ja-JP"/>
        </w:rPr>
        <w:t xml:space="preserve">　　/</w:t>
      </w:r>
    </w:p>
    <w:p w14:paraId="4A182701" w14:textId="77777777" w:rsidR="005A7443" w:rsidRDefault="00000000">
      <w:pPr>
        <w:rPr>
          <w:lang w:eastAsia="ja-JP"/>
        </w:rPr>
      </w:pPr>
      <w:r>
        <w:rPr>
          <w:lang w:eastAsia="ja-JP"/>
        </w:rPr>
        <w:t>※配送時間の細かな指定は承れません。朝から夕方にかけて順次お届けします。</w:t>
      </w:r>
    </w:p>
    <w:p w14:paraId="1B9D1BD8" w14:textId="77777777" w:rsidR="005A7443" w:rsidRDefault="00000000">
      <w:pPr>
        <w:spacing w:before="160"/>
      </w:pPr>
      <w:r>
        <w:rPr>
          <w:b/>
          <w:color w:val="69462E"/>
          <w:sz w:val="20"/>
        </w:rPr>
        <w:t>2．お届け先情報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2295"/>
        <w:gridCol w:w="7765"/>
      </w:tblGrid>
      <w:tr w:rsidR="00082717" w14:paraId="710E7031" w14:textId="77777777" w:rsidTr="00082717">
        <w:trPr>
          <w:trHeight w:val="403"/>
          <w:jc w:val="center"/>
        </w:trPr>
        <w:tc>
          <w:tcPr>
            <w:tcW w:w="2295" w:type="dxa"/>
            <w:shd w:val="clear" w:color="auto" w:fill="FFFFFF" w:themeFill="background1"/>
            <w:vAlign w:val="center"/>
          </w:tcPr>
          <w:p w14:paraId="7541F612" w14:textId="7F91B186" w:rsidR="00082717" w:rsidRPr="00082717" w:rsidRDefault="00082717">
            <w:pPr>
              <w:spacing w:after="0"/>
              <w:rPr>
                <w:rFonts w:hint="eastAsia"/>
                <w:shd w:val="pct15" w:color="auto" w:fill="FFFFFF"/>
                <w:lang w:eastAsia="ja-JP"/>
              </w:rPr>
            </w:pPr>
            <w:proofErr w:type="spellStart"/>
            <w:r>
              <w:rPr>
                <w:sz w:val="16"/>
              </w:rPr>
              <w:t>ご住所</w:t>
            </w:r>
            <w:proofErr w:type="spellEnd"/>
          </w:p>
        </w:tc>
        <w:tc>
          <w:tcPr>
            <w:tcW w:w="7765" w:type="dxa"/>
            <w:shd w:val="clear" w:color="auto" w:fill="FFFFFF" w:themeFill="background1"/>
            <w:vAlign w:val="center"/>
          </w:tcPr>
          <w:p w14:paraId="7E8A111D" w14:textId="7AC23852" w:rsidR="00082717" w:rsidRPr="00082717" w:rsidRDefault="00082717">
            <w:pPr>
              <w:spacing w:after="0"/>
              <w:rPr>
                <w:shd w:val="pct15" w:color="auto" w:fill="FFFFFF"/>
              </w:rPr>
            </w:pPr>
          </w:p>
        </w:tc>
      </w:tr>
      <w:tr w:rsidR="00082717" w14:paraId="5A8697BE" w14:textId="77777777" w:rsidTr="00082717">
        <w:trPr>
          <w:trHeight w:val="403"/>
          <w:jc w:val="center"/>
        </w:trPr>
        <w:tc>
          <w:tcPr>
            <w:tcW w:w="2295" w:type="dxa"/>
            <w:vAlign w:val="center"/>
          </w:tcPr>
          <w:p w14:paraId="51F30AB3" w14:textId="77D340EE" w:rsidR="00082717" w:rsidRDefault="00082717">
            <w:pPr>
              <w:spacing w:after="0"/>
            </w:pPr>
            <w:proofErr w:type="spellStart"/>
            <w:r>
              <w:rPr>
                <w:sz w:val="16"/>
              </w:rPr>
              <w:t>氏名・会社名</w:t>
            </w:r>
            <w:proofErr w:type="spellEnd"/>
          </w:p>
        </w:tc>
        <w:tc>
          <w:tcPr>
            <w:tcW w:w="7765" w:type="dxa"/>
            <w:vAlign w:val="center"/>
          </w:tcPr>
          <w:p w14:paraId="73EE5B74" w14:textId="77777777" w:rsidR="00082717" w:rsidRDefault="00082717">
            <w:pPr>
              <w:spacing w:after="0"/>
            </w:pPr>
            <w:r>
              <w:rPr>
                <w:sz w:val="16"/>
              </w:rPr>
              <w:t xml:space="preserve">　　　　　　　　　　　　　　　　　　　　　　　　　</w:t>
            </w:r>
          </w:p>
        </w:tc>
      </w:tr>
      <w:tr w:rsidR="00082717" w14:paraId="29C3FC63" w14:textId="77777777" w:rsidTr="00082717">
        <w:trPr>
          <w:trHeight w:val="403"/>
          <w:jc w:val="center"/>
        </w:trPr>
        <w:tc>
          <w:tcPr>
            <w:tcW w:w="2295" w:type="dxa"/>
            <w:vAlign w:val="center"/>
          </w:tcPr>
          <w:p w14:paraId="78782DB6" w14:textId="6352280E" w:rsidR="00082717" w:rsidRDefault="00082717">
            <w:pPr>
              <w:spacing w:after="0"/>
            </w:pPr>
            <w:proofErr w:type="spellStart"/>
            <w:r>
              <w:rPr>
                <w:sz w:val="16"/>
              </w:rPr>
              <w:t>担当者名</w:t>
            </w:r>
            <w:proofErr w:type="spellEnd"/>
          </w:p>
        </w:tc>
        <w:tc>
          <w:tcPr>
            <w:tcW w:w="7765" w:type="dxa"/>
            <w:vAlign w:val="center"/>
          </w:tcPr>
          <w:p w14:paraId="357E8937" w14:textId="77777777" w:rsidR="00082717" w:rsidRDefault="00082717">
            <w:pPr>
              <w:spacing w:after="0"/>
            </w:pPr>
            <w:r>
              <w:rPr>
                <w:sz w:val="16"/>
              </w:rPr>
              <w:t xml:space="preserve">　　　　　　　　　　　　　　　　　　　　　　　　　</w:t>
            </w:r>
          </w:p>
        </w:tc>
      </w:tr>
      <w:tr w:rsidR="00082717" w14:paraId="278F58A3" w14:textId="77777777" w:rsidTr="00082717">
        <w:trPr>
          <w:trHeight w:val="403"/>
          <w:jc w:val="center"/>
        </w:trPr>
        <w:tc>
          <w:tcPr>
            <w:tcW w:w="2295" w:type="dxa"/>
            <w:vAlign w:val="center"/>
          </w:tcPr>
          <w:p w14:paraId="5EB630CA" w14:textId="50CA266B" w:rsidR="00082717" w:rsidRDefault="00082717">
            <w:pPr>
              <w:spacing w:after="0"/>
            </w:pPr>
            <w:r>
              <w:rPr>
                <w:rFonts w:hint="eastAsia"/>
                <w:lang w:eastAsia="ja-JP"/>
              </w:rPr>
              <w:t>電話番号</w:t>
            </w:r>
          </w:p>
        </w:tc>
        <w:tc>
          <w:tcPr>
            <w:tcW w:w="7765" w:type="dxa"/>
            <w:vAlign w:val="center"/>
          </w:tcPr>
          <w:p w14:paraId="0E7A9286" w14:textId="77777777" w:rsidR="00082717" w:rsidRDefault="00082717">
            <w:pPr>
              <w:spacing w:after="0"/>
            </w:pPr>
            <w:r>
              <w:rPr>
                <w:sz w:val="16"/>
              </w:rPr>
              <w:t xml:space="preserve">　　　　　　　　　　　　　　　　　　　　　　　　　</w:t>
            </w:r>
          </w:p>
        </w:tc>
      </w:tr>
      <w:tr w:rsidR="00082717" w14:paraId="53BF6E60" w14:textId="77777777" w:rsidTr="00082717">
        <w:trPr>
          <w:trHeight w:val="389"/>
          <w:jc w:val="center"/>
        </w:trPr>
        <w:tc>
          <w:tcPr>
            <w:tcW w:w="2295" w:type="dxa"/>
            <w:vAlign w:val="center"/>
          </w:tcPr>
          <w:p w14:paraId="41482F78" w14:textId="77777777" w:rsidR="00082717" w:rsidRDefault="00082717">
            <w:pPr>
              <w:spacing w:after="0"/>
            </w:pPr>
            <w:proofErr w:type="spellStart"/>
            <w:r>
              <w:rPr>
                <w:sz w:val="16"/>
              </w:rPr>
              <w:t>メールアドレス</w:t>
            </w:r>
            <w:proofErr w:type="spellEnd"/>
          </w:p>
        </w:tc>
        <w:tc>
          <w:tcPr>
            <w:tcW w:w="7765" w:type="dxa"/>
            <w:vAlign w:val="center"/>
          </w:tcPr>
          <w:p w14:paraId="0951E8A9" w14:textId="77777777" w:rsidR="00082717" w:rsidRDefault="00082717">
            <w:pPr>
              <w:spacing w:after="0"/>
            </w:pPr>
            <w:r>
              <w:rPr>
                <w:sz w:val="16"/>
              </w:rPr>
              <w:t xml:space="preserve">　　　　　　　　　　　　　　　　　　　　　　　　　</w:t>
            </w:r>
          </w:p>
        </w:tc>
      </w:tr>
    </w:tbl>
    <w:p w14:paraId="71FA406D" w14:textId="77777777" w:rsidR="005A7443" w:rsidRDefault="00000000">
      <w:pPr>
        <w:spacing w:before="160"/>
        <w:rPr>
          <w:lang w:eastAsia="ja-JP"/>
        </w:rPr>
      </w:pPr>
      <w:r>
        <w:rPr>
          <w:b/>
          <w:color w:val="69462E"/>
          <w:sz w:val="20"/>
          <w:lang w:eastAsia="ja-JP"/>
        </w:rPr>
        <w:t>3．ご注文商品（すべて税込・一対／配送・設置・撤去回収費込み）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2574"/>
        <w:gridCol w:w="2576"/>
        <w:gridCol w:w="2576"/>
        <w:gridCol w:w="2576"/>
      </w:tblGrid>
      <w:tr w:rsidR="005A7443" w14:paraId="4BA4F76D" w14:textId="77777777">
        <w:trPr>
          <w:jc w:val="center"/>
        </w:trPr>
        <w:tc>
          <w:tcPr>
            <w:tcW w:w="2578" w:type="dxa"/>
            <w:shd w:val="clear" w:color="auto" w:fill="F2EDE8"/>
            <w:vAlign w:val="center"/>
          </w:tcPr>
          <w:p w14:paraId="28867EE0" w14:textId="77777777" w:rsidR="005A7443" w:rsidRDefault="00000000">
            <w:pPr>
              <w:spacing w:after="0"/>
            </w:pPr>
            <w:proofErr w:type="spellStart"/>
            <w:r>
              <w:rPr>
                <w:sz w:val="16"/>
              </w:rPr>
              <w:t>選択</w:t>
            </w:r>
            <w:proofErr w:type="spellEnd"/>
          </w:p>
        </w:tc>
        <w:tc>
          <w:tcPr>
            <w:tcW w:w="2578" w:type="dxa"/>
            <w:shd w:val="clear" w:color="auto" w:fill="F2EDE8"/>
            <w:vAlign w:val="center"/>
          </w:tcPr>
          <w:p w14:paraId="4ABE12CB" w14:textId="77777777" w:rsidR="005A7443" w:rsidRDefault="00000000">
            <w:pPr>
              <w:spacing w:after="0"/>
            </w:pPr>
            <w:r>
              <w:rPr>
                <w:sz w:val="16"/>
              </w:rPr>
              <w:t>サイズ</w:t>
            </w:r>
          </w:p>
        </w:tc>
        <w:tc>
          <w:tcPr>
            <w:tcW w:w="2578" w:type="dxa"/>
            <w:shd w:val="clear" w:color="auto" w:fill="F2EDE8"/>
            <w:vAlign w:val="center"/>
          </w:tcPr>
          <w:p w14:paraId="78E3D128" w14:textId="77777777" w:rsidR="005A7443" w:rsidRDefault="00000000">
            <w:pPr>
              <w:spacing w:after="0"/>
            </w:pPr>
            <w:r>
              <w:rPr>
                <w:sz w:val="16"/>
              </w:rPr>
              <w:t>税込価格</w:t>
            </w:r>
          </w:p>
        </w:tc>
        <w:tc>
          <w:tcPr>
            <w:tcW w:w="2578" w:type="dxa"/>
            <w:shd w:val="clear" w:color="auto" w:fill="F2EDE8"/>
            <w:vAlign w:val="center"/>
          </w:tcPr>
          <w:p w14:paraId="56DBDC72" w14:textId="77777777" w:rsidR="005A7443" w:rsidRDefault="00000000">
            <w:pPr>
              <w:spacing w:after="0"/>
            </w:pPr>
            <w:r>
              <w:rPr>
                <w:sz w:val="16"/>
              </w:rPr>
              <w:t>数量（対）</w:t>
            </w:r>
          </w:p>
        </w:tc>
      </w:tr>
      <w:tr w:rsidR="005A7443" w14:paraId="535EF100" w14:textId="77777777">
        <w:trPr>
          <w:jc w:val="center"/>
        </w:trPr>
        <w:tc>
          <w:tcPr>
            <w:tcW w:w="2578" w:type="dxa"/>
            <w:vAlign w:val="center"/>
          </w:tcPr>
          <w:p w14:paraId="12B4EDA9" w14:textId="77777777" w:rsidR="005A7443" w:rsidRDefault="00000000">
            <w:pPr>
              <w:spacing w:after="0"/>
            </w:pPr>
            <w:r>
              <w:rPr>
                <w:sz w:val="16"/>
              </w:rPr>
              <w:t>□</w:t>
            </w:r>
          </w:p>
        </w:tc>
        <w:tc>
          <w:tcPr>
            <w:tcW w:w="2578" w:type="dxa"/>
            <w:vAlign w:val="center"/>
          </w:tcPr>
          <w:p w14:paraId="420E36CC" w14:textId="77777777" w:rsidR="005A7443" w:rsidRDefault="00000000">
            <w:pPr>
              <w:spacing w:after="0"/>
            </w:pPr>
            <w:r>
              <w:rPr>
                <w:sz w:val="16"/>
              </w:rPr>
              <w:t>60cm 箱入り</w:t>
            </w:r>
          </w:p>
        </w:tc>
        <w:tc>
          <w:tcPr>
            <w:tcW w:w="2578" w:type="dxa"/>
            <w:vAlign w:val="center"/>
          </w:tcPr>
          <w:p w14:paraId="3659181C" w14:textId="77777777" w:rsidR="005A7443" w:rsidRDefault="00000000">
            <w:pPr>
              <w:spacing w:after="0"/>
            </w:pPr>
            <w:r>
              <w:rPr>
                <w:sz w:val="16"/>
              </w:rPr>
              <w:t>38,500円</w:t>
            </w:r>
          </w:p>
        </w:tc>
        <w:tc>
          <w:tcPr>
            <w:tcW w:w="2578" w:type="dxa"/>
            <w:vAlign w:val="center"/>
          </w:tcPr>
          <w:p w14:paraId="12FEC882" w14:textId="77777777" w:rsidR="005A7443" w:rsidRDefault="00000000">
            <w:pPr>
              <w:spacing w:after="0"/>
            </w:pPr>
            <w:r>
              <w:rPr>
                <w:sz w:val="16"/>
              </w:rPr>
              <w:t xml:space="preserve">　　　</w:t>
            </w:r>
          </w:p>
        </w:tc>
      </w:tr>
      <w:tr w:rsidR="005A7443" w14:paraId="1862A5F5" w14:textId="77777777">
        <w:trPr>
          <w:jc w:val="center"/>
        </w:trPr>
        <w:tc>
          <w:tcPr>
            <w:tcW w:w="2578" w:type="dxa"/>
            <w:vAlign w:val="center"/>
          </w:tcPr>
          <w:p w14:paraId="7C507BAA" w14:textId="77777777" w:rsidR="005A7443" w:rsidRDefault="00000000">
            <w:pPr>
              <w:spacing w:after="0"/>
            </w:pPr>
            <w:r>
              <w:rPr>
                <w:sz w:val="16"/>
              </w:rPr>
              <w:t>□</w:t>
            </w:r>
          </w:p>
        </w:tc>
        <w:tc>
          <w:tcPr>
            <w:tcW w:w="2578" w:type="dxa"/>
            <w:vAlign w:val="center"/>
          </w:tcPr>
          <w:p w14:paraId="36A533D3" w14:textId="77777777" w:rsidR="005A7443" w:rsidRDefault="00000000">
            <w:pPr>
              <w:spacing w:after="0"/>
            </w:pPr>
            <w:r>
              <w:rPr>
                <w:sz w:val="16"/>
              </w:rPr>
              <w:t>75cm 箱入り</w:t>
            </w:r>
          </w:p>
        </w:tc>
        <w:tc>
          <w:tcPr>
            <w:tcW w:w="2578" w:type="dxa"/>
            <w:vAlign w:val="center"/>
          </w:tcPr>
          <w:p w14:paraId="7AC20449" w14:textId="77777777" w:rsidR="005A7443" w:rsidRDefault="00000000">
            <w:pPr>
              <w:spacing w:after="0"/>
            </w:pPr>
            <w:r>
              <w:rPr>
                <w:sz w:val="16"/>
              </w:rPr>
              <w:t>45,100円</w:t>
            </w:r>
          </w:p>
        </w:tc>
        <w:tc>
          <w:tcPr>
            <w:tcW w:w="2578" w:type="dxa"/>
            <w:vAlign w:val="center"/>
          </w:tcPr>
          <w:p w14:paraId="002B4E2C" w14:textId="77777777" w:rsidR="005A7443" w:rsidRDefault="00000000">
            <w:pPr>
              <w:spacing w:after="0"/>
            </w:pPr>
            <w:r>
              <w:rPr>
                <w:sz w:val="16"/>
              </w:rPr>
              <w:t xml:space="preserve">　　　</w:t>
            </w:r>
          </w:p>
        </w:tc>
      </w:tr>
      <w:tr w:rsidR="005A7443" w14:paraId="7F6472FC" w14:textId="77777777">
        <w:trPr>
          <w:jc w:val="center"/>
        </w:trPr>
        <w:tc>
          <w:tcPr>
            <w:tcW w:w="2578" w:type="dxa"/>
            <w:vAlign w:val="center"/>
          </w:tcPr>
          <w:p w14:paraId="1B8575C9" w14:textId="77777777" w:rsidR="005A7443" w:rsidRDefault="00000000">
            <w:pPr>
              <w:spacing w:after="0"/>
            </w:pPr>
            <w:r>
              <w:rPr>
                <w:sz w:val="16"/>
              </w:rPr>
              <w:t>□</w:t>
            </w:r>
          </w:p>
        </w:tc>
        <w:tc>
          <w:tcPr>
            <w:tcW w:w="2578" w:type="dxa"/>
            <w:vAlign w:val="center"/>
          </w:tcPr>
          <w:p w14:paraId="6A045054" w14:textId="77777777" w:rsidR="005A7443" w:rsidRDefault="00000000">
            <w:pPr>
              <w:spacing w:after="0"/>
            </w:pPr>
            <w:r>
              <w:rPr>
                <w:sz w:val="16"/>
              </w:rPr>
              <w:t>90cm 箱入り</w:t>
            </w:r>
          </w:p>
        </w:tc>
        <w:tc>
          <w:tcPr>
            <w:tcW w:w="2578" w:type="dxa"/>
            <w:vAlign w:val="center"/>
          </w:tcPr>
          <w:p w14:paraId="428A8E4B" w14:textId="77777777" w:rsidR="005A7443" w:rsidRDefault="00000000">
            <w:pPr>
              <w:spacing w:after="0"/>
            </w:pPr>
            <w:r>
              <w:rPr>
                <w:sz w:val="16"/>
              </w:rPr>
              <w:t>49,500円</w:t>
            </w:r>
          </w:p>
        </w:tc>
        <w:tc>
          <w:tcPr>
            <w:tcW w:w="2578" w:type="dxa"/>
            <w:vAlign w:val="center"/>
          </w:tcPr>
          <w:p w14:paraId="58819CAD" w14:textId="77777777" w:rsidR="005A7443" w:rsidRDefault="00000000">
            <w:pPr>
              <w:spacing w:after="0"/>
            </w:pPr>
            <w:r>
              <w:rPr>
                <w:sz w:val="16"/>
              </w:rPr>
              <w:t xml:space="preserve">　　　</w:t>
            </w:r>
          </w:p>
        </w:tc>
      </w:tr>
      <w:tr w:rsidR="005A7443" w14:paraId="5D650DF9" w14:textId="77777777">
        <w:trPr>
          <w:jc w:val="center"/>
        </w:trPr>
        <w:tc>
          <w:tcPr>
            <w:tcW w:w="2578" w:type="dxa"/>
            <w:vAlign w:val="center"/>
          </w:tcPr>
          <w:p w14:paraId="4B9C1B17" w14:textId="77777777" w:rsidR="005A7443" w:rsidRDefault="00000000">
            <w:pPr>
              <w:spacing w:after="0"/>
            </w:pPr>
            <w:r>
              <w:rPr>
                <w:sz w:val="16"/>
              </w:rPr>
              <w:t>□</w:t>
            </w:r>
          </w:p>
        </w:tc>
        <w:tc>
          <w:tcPr>
            <w:tcW w:w="2578" w:type="dxa"/>
            <w:vAlign w:val="center"/>
          </w:tcPr>
          <w:p w14:paraId="3EC830C6" w14:textId="77777777" w:rsidR="005A7443" w:rsidRDefault="00000000">
            <w:pPr>
              <w:spacing w:after="0"/>
            </w:pPr>
            <w:r>
              <w:rPr>
                <w:sz w:val="16"/>
              </w:rPr>
              <w:t>90cm／3尺</w:t>
            </w:r>
          </w:p>
        </w:tc>
        <w:tc>
          <w:tcPr>
            <w:tcW w:w="2578" w:type="dxa"/>
            <w:vAlign w:val="center"/>
          </w:tcPr>
          <w:p w14:paraId="2103F998" w14:textId="77777777" w:rsidR="005A7443" w:rsidRDefault="00000000">
            <w:pPr>
              <w:spacing w:after="0"/>
            </w:pPr>
            <w:r>
              <w:rPr>
                <w:sz w:val="16"/>
              </w:rPr>
              <w:t>50,600円</w:t>
            </w:r>
          </w:p>
        </w:tc>
        <w:tc>
          <w:tcPr>
            <w:tcW w:w="2578" w:type="dxa"/>
            <w:vAlign w:val="center"/>
          </w:tcPr>
          <w:p w14:paraId="308AF1A5" w14:textId="77777777" w:rsidR="005A7443" w:rsidRDefault="00000000">
            <w:pPr>
              <w:spacing w:after="0"/>
            </w:pPr>
            <w:r>
              <w:rPr>
                <w:sz w:val="16"/>
              </w:rPr>
              <w:t xml:space="preserve">　　　</w:t>
            </w:r>
          </w:p>
        </w:tc>
      </w:tr>
      <w:tr w:rsidR="005A7443" w14:paraId="2BBA94A5" w14:textId="77777777">
        <w:trPr>
          <w:jc w:val="center"/>
        </w:trPr>
        <w:tc>
          <w:tcPr>
            <w:tcW w:w="2578" w:type="dxa"/>
            <w:vAlign w:val="center"/>
          </w:tcPr>
          <w:p w14:paraId="08D5EACB" w14:textId="77777777" w:rsidR="005A7443" w:rsidRDefault="00000000">
            <w:pPr>
              <w:spacing w:after="0"/>
            </w:pPr>
            <w:r>
              <w:rPr>
                <w:sz w:val="16"/>
              </w:rPr>
              <w:t>□</w:t>
            </w:r>
          </w:p>
        </w:tc>
        <w:tc>
          <w:tcPr>
            <w:tcW w:w="2578" w:type="dxa"/>
            <w:vAlign w:val="center"/>
          </w:tcPr>
          <w:p w14:paraId="119D1F5A" w14:textId="77777777" w:rsidR="005A7443" w:rsidRDefault="00000000">
            <w:pPr>
              <w:spacing w:after="0"/>
            </w:pPr>
            <w:r>
              <w:rPr>
                <w:sz w:val="16"/>
              </w:rPr>
              <w:t>120cm／4尺</w:t>
            </w:r>
          </w:p>
        </w:tc>
        <w:tc>
          <w:tcPr>
            <w:tcW w:w="2578" w:type="dxa"/>
            <w:vAlign w:val="center"/>
          </w:tcPr>
          <w:p w14:paraId="53C87C9C" w14:textId="77777777" w:rsidR="005A7443" w:rsidRDefault="00000000">
            <w:pPr>
              <w:spacing w:after="0"/>
            </w:pPr>
            <w:r>
              <w:rPr>
                <w:sz w:val="16"/>
              </w:rPr>
              <w:t>61,600円</w:t>
            </w:r>
          </w:p>
        </w:tc>
        <w:tc>
          <w:tcPr>
            <w:tcW w:w="2578" w:type="dxa"/>
            <w:vAlign w:val="center"/>
          </w:tcPr>
          <w:p w14:paraId="4D61605C" w14:textId="77777777" w:rsidR="005A7443" w:rsidRDefault="00000000">
            <w:pPr>
              <w:spacing w:after="0"/>
            </w:pPr>
            <w:r>
              <w:rPr>
                <w:sz w:val="16"/>
              </w:rPr>
              <w:t xml:space="preserve">　　　</w:t>
            </w:r>
          </w:p>
        </w:tc>
      </w:tr>
      <w:tr w:rsidR="005A7443" w14:paraId="28A35054" w14:textId="77777777">
        <w:trPr>
          <w:jc w:val="center"/>
        </w:trPr>
        <w:tc>
          <w:tcPr>
            <w:tcW w:w="2578" w:type="dxa"/>
            <w:vAlign w:val="center"/>
          </w:tcPr>
          <w:p w14:paraId="2FE55502" w14:textId="77777777" w:rsidR="005A7443" w:rsidRDefault="00000000">
            <w:pPr>
              <w:spacing w:after="0"/>
            </w:pPr>
            <w:r>
              <w:rPr>
                <w:sz w:val="16"/>
              </w:rPr>
              <w:t>□</w:t>
            </w:r>
          </w:p>
        </w:tc>
        <w:tc>
          <w:tcPr>
            <w:tcW w:w="2578" w:type="dxa"/>
            <w:vAlign w:val="center"/>
          </w:tcPr>
          <w:p w14:paraId="0BFB0A1E" w14:textId="77777777" w:rsidR="005A7443" w:rsidRDefault="00000000">
            <w:pPr>
              <w:spacing w:after="0"/>
            </w:pPr>
            <w:r>
              <w:rPr>
                <w:sz w:val="16"/>
              </w:rPr>
              <w:t>135cm／4.5尺</w:t>
            </w:r>
          </w:p>
        </w:tc>
        <w:tc>
          <w:tcPr>
            <w:tcW w:w="2578" w:type="dxa"/>
            <w:vAlign w:val="center"/>
          </w:tcPr>
          <w:p w14:paraId="38BFD2F4" w14:textId="77777777" w:rsidR="005A7443" w:rsidRDefault="00000000">
            <w:pPr>
              <w:spacing w:after="0"/>
            </w:pPr>
            <w:r>
              <w:rPr>
                <w:sz w:val="16"/>
              </w:rPr>
              <w:t>66,000円</w:t>
            </w:r>
          </w:p>
        </w:tc>
        <w:tc>
          <w:tcPr>
            <w:tcW w:w="2578" w:type="dxa"/>
            <w:vAlign w:val="center"/>
          </w:tcPr>
          <w:p w14:paraId="320C9B01" w14:textId="77777777" w:rsidR="005A7443" w:rsidRDefault="00000000">
            <w:pPr>
              <w:spacing w:after="0"/>
            </w:pPr>
            <w:r>
              <w:rPr>
                <w:sz w:val="16"/>
              </w:rPr>
              <w:t xml:space="preserve">　　　</w:t>
            </w:r>
          </w:p>
        </w:tc>
      </w:tr>
      <w:tr w:rsidR="005A7443" w14:paraId="320C63BE" w14:textId="77777777">
        <w:trPr>
          <w:jc w:val="center"/>
        </w:trPr>
        <w:tc>
          <w:tcPr>
            <w:tcW w:w="2578" w:type="dxa"/>
            <w:vAlign w:val="center"/>
          </w:tcPr>
          <w:p w14:paraId="1C4D6DA0" w14:textId="77777777" w:rsidR="005A7443" w:rsidRDefault="00000000">
            <w:pPr>
              <w:spacing w:after="0"/>
            </w:pPr>
            <w:r>
              <w:rPr>
                <w:sz w:val="16"/>
              </w:rPr>
              <w:t>□</w:t>
            </w:r>
          </w:p>
        </w:tc>
        <w:tc>
          <w:tcPr>
            <w:tcW w:w="2578" w:type="dxa"/>
            <w:vAlign w:val="center"/>
          </w:tcPr>
          <w:p w14:paraId="6173550F" w14:textId="77777777" w:rsidR="005A7443" w:rsidRDefault="00000000">
            <w:pPr>
              <w:spacing w:after="0"/>
            </w:pPr>
            <w:r>
              <w:rPr>
                <w:sz w:val="16"/>
              </w:rPr>
              <w:t>150cm／5尺</w:t>
            </w:r>
          </w:p>
        </w:tc>
        <w:tc>
          <w:tcPr>
            <w:tcW w:w="2578" w:type="dxa"/>
            <w:vAlign w:val="center"/>
          </w:tcPr>
          <w:p w14:paraId="20931AA9" w14:textId="77777777" w:rsidR="005A7443" w:rsidRDefault="00000000">
            <w:pPr>
              <w:spacing w:after="0"/>
            </w:pPr>
            <w:r>
              <w:rPr>
                <w:sz w:val="16"/>
              </w:rPr>
              <w:t>77,000円</w:t>
            </w:r>
          </w:p>
        </w:tc>
        <w:tc>
          <w:tcPr>
            <w:tcW w:w="2578" w:type="dxa"/>
            <w:vAlign w:val="center"/>
          </w:tcPr>
          <w:p w14:paraId="467282B0" w14:textId="77777777" w:rsidR="005A7443" w:rsidRDefault="00000000">
            <w:pPr>
              <w:spacing w:after="0"/>
            </w:pPr>
            <w:r>
              <w:rPr>
                <w:sz w:val="16"/>
              </w:rPr>
              <w:t xml:space="preserve">　　　</w:t>
            </w:r>
          </w:p>
        </w:tc>
      </w:tr>
      <w:tr w:rsidR="005A7443" w14:paraId="0AAF5A43" w14:textId="77777777">
        <w:trPr>
          <w:jc w:val="center"/>
        </w:trPr>
        <w:tc>
          <w:tcPr>
            <w:tcW w:w="2578" w:type="dxa"/>
            <w:vAlign w:val="center"/>
          </w:tcPr>
          <w:p w14:paraId="205B46A5" w14:textId="77777777" w:rsidR="005A7443" w:rsidRDefault="00000000">
            <w:pPr>
              <w:spacing w:after="0"/>
            </w:pPr>
            <w:r>
              <w:rPr>
                <w:sz w:val="16"/>
              </w:rPr>
              <w:t>□</w:t>
            </w:r>
          </w:p>
        </w:tc>
        <w:tc>
          <w:tcPr>
            <w:tcW w:w="2578" w:type="dxa"/>
            <w:vAlign w:val="center"/>
          </w:tcPr>
          <w:p w14:paraId="68B1DA84" w14:textId="77777777" w:rsidR="005A7443" w:rsidRDefault="00000000">
            <w:pPr>
              <w:spacing w:after="0"/>
            </w:pPr>
            <w:r>
              <w:rPr>
                <w:sz w:val="16"/>
              </w:rPr>
              <w:t>165cm／5.5尺</w:t>
            </w:r>
          </w:p>
        </w:tc>
        <w:tc>
          <w:tcPr>
            <w:tcW w:w="2578" w:type="dxa"/>
            <w:vAlign w:val="center"/>
          </w:tcPr>
          <w:p w14:paraId="0A18EB19" w14:textId="77777777" w:rsidR="005A7443" w:rsidRDefault="00000000">
            <w:pPr>
              <w:spacing w:after="0"/>
            </w:pPr>
            <w:r>
              <w:rPr>
                <w:sz w:val="16"/>
              </w:rPr>
              <w:t>86,900円</w:t>
            </w:r>
          </w:p>
        </w:tc>
        <w:tc>
          <w:tcPr>
            <w:tcW w:w="2578" w:type="dxa"/>
            <w:vAlign w:val="center"/>
          </w:tcPr>
          <w:p w14:paraId="78FFDC32" w14:textId="77777777" w:rsidR="005A7443" w:rsidRDefault="00000000">
            <w:pPr>
              <w:spacing w:after="0"/>
            </w:pPr>
            <w:r>
              <w:rPr>
                <w:sz w:val="16"/>
              </w:rPr>
              <w:t xml:space="preserve">　　　</w:t>
            </w:r>
          </w:p>
        </w:tc>
      </w:tr>
      <w:tr w:rsidR="005A7443" w14:paraId="6FE04524" w14:textId="77777777">
        <w:trPr>
          <w:jc w:val="center"/>
        </w:trPr>
        <w:tc>
          <w:tcPr>
            <w:tcW w:w="2578" w:type="dxa"/>
            <w:vAlign w:val="center"/>
          </w:tcPr>
          <w:p w14:paraId="042665A1" w14:textId="77777777" w:rsidR="005A7443" w:rsidRDefault="00000000">
            <w:pPr>
              <w:spacing w:after="0"/>
            </w:pPr>
            <w:r>
              <w:rPr>
                <w:sz w:val="16"/>
              </w:rPr>
              <w:t>□</w:t>
            </w:r>
          </w:p>
        </w:tc>
        <w:tc>
          <w:tcPr>
            <w:tcW w:w="2578" w:type="dxa"/>
            <w:vAlign w:val="center"/>
          </w:tcPr>
          <w:p w14:paraId="5015882F" w14:textId="77777777" w:rsidR="005A7443" w:rsidRDefault="00000000">
            <w:pPr>
              <w:spacing w:after="0"/>
            </w:pPr>
            <w:r>
              <w:rPr>
                <w:sz w:val="16"/>
              </w:rPr>
              <w:t>180cm／6尺</w:t>
            </w:r>
          </w:p>
        </w:tc>
        <w:tc>
          <w:tcPr>
            <w:tcW w:w="2578" w:type="dxa"/>
            <w:vAlign w:val="center"/>
          </w:tcPr>
          <w:p w14:paraId="651663D7" w14:textId="77777777" w:rsidR="005A7443" w:rsidRDefault="00000000">
            <w:pPr>
              <w:spacing w:after="0"/>
            </w:pPr>
            <w:r>
              <w:rPr>
                <w:sz w:val="16"/>
              </w:rPr>
              <w:t>95,700円</w:t>
            </w:r>
          </w:p>
        </w:tc>
        <w:tc>
          <w:tcPr>
            <w:tcW w:w="2578" w:type="dxa"/>
            <w:vAlign w:val="center"/>
          </w:tcPr>
          <w:p w14:paraId="2701171C" w14:textId="77777777" w:rsidR="005A7443" w:rsidRDefault="00000000">
            <w:pPr>
              <w:spacing w:after="0"/>
            </w:pPr>
            <w:r>
              <w:rPr>
                <w:sz w:val="16"/>
              </w:rPr>
              <w:t xml:space="preserve">　　　</w:t>
            </w:r>
          </w:p>
        </w:tc>
      </w:tr>
    </w:tbl>
    <w:p w14:paraId="09C96A38" w14:textId="77777777" w:rsidR="005A7443" w:rsidRDefault="00000000">
      <w:pPr>
        <w:spacing w:before="160"/>
      </w:pPr>
      <w:r>
        <w:rPr>
          <w:b/>
          <w:color w:val="69462E"/>
          <w:sz w:val="20"/>
        </w:rPr>
        <w:t>4．設置方法</w:t>
      </w:r>
    </w:p>
    <w:p w14:paraId="0EFCAECD" w14:textId="77777777" w:rsidR="005A7443" w:rsidRDefault="00000000">
      <w:pPr>
        <w:rPr>
          <w:lang w:eastAsia="ja-JP"/>
        </w:rPr>
      </w:pPr>
      <w:r>
        <w:rPr>
          <w:lang w:eastAsia="ja-JP"/>
        </w:rPr>
        <w:t>□ おまかせ　　□ 出飾り　　□ 迎え飾り</w:t>
      </w:r>
    </w:p>
    <w:p w14:paraId="0ECABAC1" w14:textId="77777777" w:rsidR="005A7443" w:rsidRDefault="00000000">
      <w:pPr>
        <w:spacing w:before="160"/>
        <w:rPr>
          <w:lang w:eastAsia="ja-JP"/>
        </w:rPr>
      </w:pPr>
      <w:r>
        <w:rPr>
          <w:b/>
          <w:color w:val="69462E"/>
          <w:sz w:val="20"/>
          <w:lang w:eastAsia="ja-JP"/>
        </w:rPr>
        <w:t>5．お支払い方法</w:t>
      </w:r>
    </w:p>
    <w:p w14:paraId="126B2E25" w14:textId="77777777" w:rsidR="005A7443" w:rsidRDefault="00000000">
      <w:pPr>
        <w:rPr>
          <w:lang w:eastAsia="ja-JP"/>
        </w:rPr>
      </w:pPr>
      <w:r>
        <w:rPr>
          <w:lang w:eastAsia="ja-JP"/>
        </w:rPr>
        <w:t>□ 銀行振込（請求書不要）　□ 請求書郵送　□ 請求書メール添付　□ クレジットカード決済</w:t>
      </w:r>
    </w:p>
    <w:p w14:paraId="34D6057A" w14:textId="77777777" w:rsidR="005A7443" w:rsidRDefault="00000000">
      <w:pPr>
        <w:rPr>
          <w:lang w:eastAsia="ja-JP"/>
        </w:rPr>
      </w:pPr>
      <w:r>
        <w:rPr>
          <w:lang w:eastAsia="ja-JP"/>
        </w:rPr>
        <w:t>お支払い予定日：　　　　　年　　　　月　　　　日</w:t>
      </w:r>
    </w:p>
    <w:p w14:paraId="119CF077" w14:textId="77777777" w:rsidR="005A7443" w:rsidRDefault="00000000">
      <w:pPr>
        <w:spacing w:before="160"/>
        <w:rPr>
          <w:lang w:eastAsia="ja-JP"/>
        </w:rPr>
      </w:pPr>
      <w:r>
        <w:rPr>
          <w:b/>
          <w:color w:val="69462E"/>
          <w:sz w:val="20"/>
          <w:lang w:eastAsia="ja-JP"/>
        </w:rPr>
        <w:t>6．ご請求先（請求書をご希望の場合のみ）</w:t>
      </w:r>
    </w:p>
    <w:p w14:paraId="4CC1C239" w14:textId="77777777" w:rsidR="005A7443" w:rsidRDefault="00000000">
      <w:pPr>
        <w:rPr>
          <w:lang w:eastAsia="ja-JP"/>
        </w:rPr>
      </w:pPr>
      <w:r>
        <w:rPr>
          <w:lang w:eastAsia="ja-JP"/>
        </w:rPr>
        <w:t>会社名・ご担当者名・ご住所：</w:t>
      </w:r>
    </w:p>
    <w:p w14:paraId="2C45BC1A" w14:textId="77777777" w:rsidR="005A7443" w:rsidRDefault="00000000">
      <w:pPr>
        <w:spacing w:before="160"/>
        <w:rPr>
          <w:lang w:eastAsia="ja-JP"/>
        </w:rPr>
      </w:pPr>
      <w:r>
        <w:rPr>
          <w:b/>
          <w:color w:val="69462E"/>
          <w:sz w:val="20"/>
          <w:lang w:eastAsia="ja-JP"/>
        </w:rPr>
        <w:t>7．その他のご希望・ご要望</w:t>
      </w:r>
    </w:p>
    <w:p w14:paraId="0A4E08E4" w14:textId="446DFE43" w:rsidR="005A7443" w:rsidRDefault="005A7443">
      <w:pPr>
        <w:rPr>
          <w:lang w:eastAsia="ja-JP"/>
        </w:rPr>
      </w:pPr>
    </w:p>
    <w:p w14:paraId="1B1A11B1" w14:textId="77777777" w:rsidR="005A7443" w:rsidRDefault="00000000">
      <w:pPr>
        <w:rPr>
          <w:lang w:eastAsia="ja-JP"/>
        </w:rPr>
      </w:pPr>
      <w:r>
        <w:rPr>
          <w:sz w:val="16"/>
          <w:lang w:eastAsia="ja-JP"/>
        </w:rPr>
        <w:t>※表示価格には通常対応エリア内の配送・設置・撤去回収費が含まれます。エリアや条件によっては追加料金が必要です。</w:t>
      </w:r>
    </w:p>
    <w:p w14:paraId="5225759D" w14:textId="77777777" w:rsidR="005A7443" w:rsidRDefault="00000000">
      <w:pPr>
        <w:rPr>
          <w:lang w:eastAsia="ja-JP"/>
        </w:rPr>
      </w:pPr>
      <w:r>
        <w:rPr>
          <w:sz w:val="16"/>
          <w:lang w:eastAsia="ja-JP"/>
        </w:rPr>
        <w:t>※2027年より「良」「特」の区分を廃止しました。産地・生産者・仕入れ時期によって仕様が異なる場合があります。</w:t>
      </w:r>
    </w:p>
    <w:p w14:paraId="021DD85D" w14:textId="77777777" w:rsidR="005A7443" w:rsidRDefault="00000000">
      <w:r>
        <w:rPr>
          <w:sz w:val="16"/>
        </w:rPr>
        <w:t>ご返送先：info@luonka.com　｜　お問い合わせ：03-5726-8130</w:t>
      </w:r>
    </w:p>
    <w:sectPr w:rsidR="005A7443" w:rsidSect="00034616">
      <w:pgSz w:w="12240" w:h="15840"/>
      <w:pgMar w:top="765" w:right="964" w:bottom="73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23451840">
    <w:abstractNumId w:val="8"/>
  </w:num>
  <w:num w:numId="2" w16cid:durableId="1874069867">
    <w:abstractNumId w:val="6"/>
  </w:num>
  <w:num w:numId="3" w16cid:durableId="2017295510">
    <w:abstractNumId w:val="5"/>
  </w:num>
  <w:num w:numId="4" w16cid:durableId="499348130">
    <w:abstractNumId w:val="4"/>
  </w:num>
  <w:num w:numId="5" w16cid:durableId="770900720">
    <w:abstractNumId w:val="7"/>
  </w:num>
  <w:num w:numId="6" w16cid:durableId="416098553">
    <w:abstractNumId w:val="3"/>
  </w:num>
  <w:num w:numId="7" w16cid:durableId="86855275">
    <w:abstractNumId w:val="2"/>
  </w:num>
  <w:num w:numId="8" w16cid:durableId="2035643141">
    <w:abstractNumId w:val="1"/>
  </w:num>
  <w:num w:numId="9" w16cid:durableId="156658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2717"/>
    <w:rsid w:val="0015074B"/>
    <w:rsid w:val="0029639D"/>
    <w:rsid w:val="00326F90"/>
    <w:rsid w:val="005627DD"/>
    <w:rsid w:val="005A7443"/>
    <w:rsid w:val="00AA1D8D"/>
    <w:rsid w:val="00B47730"/>
    <w:rsid w:val="00CB0664"/>
    <w:rsid w:val="00F961F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6DCF1C0"/>
  <w14:defaultImageDpi w14:val="300"/>
  <w15:docId w15:val="{925F549C-4C85-4CE3-8401-A01AB5D5C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/>
    </w:pPr>
    <w:rPr>
      <w:rFonts w:ascii="游ゴシック" w:eastAsia="游ゴシック" w:hAnsi="游ゴシック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sgmt</cp:lastModifiedBy>
  <cp:revision>2</cp:revision>
  <dcterms:created xsi:type="dcterms:W3CDTF">2026-10-28T04:26:00Z</dcterms:created>
  <dcterms:modified xsi:type="dcterms:W3CDTF">2026-10-28T04:26:00Z</dcterms:modified>
  <cp:category/>
</cp:coreProperties>
</file>